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40" w:line="336" w:lineRule="auto"/>
        <w:jc w:val="center"/>
        <w:bidi w:val="1"/>
      </w:pPr>
      <w:r>
        <w:rPr>
          <w:rFonts w:ascii="Arial" w:hAnsi="Arial" w:cs="Arial" w:eastAsia="Arial"/>
          <w:b/>
          <w:color w:val="16265C"/>
          <w:sz w:val="40"/>
        </w:rPr>
        <w:t>توزيع علوم أول ابتدائي الفصل الثاني 1448</w:t>
      </w:r>
    </w:p>
    <w:p>
      <w:pPr>
        <w:spacing w:before="0" w:after="200" w:line="336" w:lineRule="auto"/>
        <w:jc w:val="center"/>
        <w:bidi w:val="1"/>
      </w:pPr>
      <w:r>
        <w:rPr>
          <w:rFonts w:ascii="Arial" w:hAnsi="Arial" w:cs="Arial" w:eastAsia="Arial"/>
          <w:b w:val="0"/>
          <w:color w:val="059669"/>
          <w:sz w:val="24"/>
        </w:rPr>
        <w:t>توزيع أصلي من إعداد موقع كتبي لأحد عشر درسا في الفصول الخمسة أسبوعا بأسبوع</w:t>
      </w:r>
    </w:p>
    <w:p>
      <w:pPr>
        <w:spacing w:before="0" w:after="120" w:line="336" w:lineRule="auto"/>
        <w:jc w:val="right"/>
        <w:bidi w:val="1"/>
        <w:pBdr>
          <w:bottom w:val="single" w:sz="18" w:space="4" w:color="F59E0B"/>
        </w:pBdr>
      </w:pPr>
      <w:r>
        <w:rPr>
          <w:rFonts w:ascii="Arial" w:hAnsi="Arial" w:cs="Arial" w:eastAsia="Arial"/>
          <w:b w:val="0"/>
          <w:color w:val="1F2937"/>
          <w:sz w:val="24"/>
        </w:rPr>
        <w:t>الاسم: ............................          التاريخ: .... .... 1448</w:t>
      </w:r>
    </w:p>
    <w:p>
      <w:pPr>
        <w:spacing w:before="160" w:after="40" w:line="336" w:lineRule="auto"/>
        <w:jc w:val="right"/>
        <w:bidi w:val="1"/>
      </w:pPr>
      <w:r>
        <w:rPr>
          <w:rFonts w:ascii="Arial" w:hAnsi="Arial" w:cs="Arial" w:eastAsia="Arial"/>
          <w:b/>
          <w:color w:val="16265C"/>
          <w:sz w:val="28"/>
        </w:rPr>
        <w:t>وحدات الفصل الثاني وفصوله</w:t>
      </w:r>
    </w:p>
    <w:p>
      <w:pPr>
        <w:spacing w:before="0" w:after="40" w:line="336" w:lineRule="auto"/>
        <w:jc w:val="right"/>
        <w:bidi w:val="1"/>
      </w:pPr>
      <w:r>
        <w:rPr>
          <w:rFonts w:ascii="Arial" w:hAnsi="Arial" w:cs="Arial" w:eastAsia="Arial"/>
          <w:b w:val="0"/>
          <w:color w:val="1F2937"/>
          <w:sz w:val="25"/>
        </w:rPr>
        <w:t>الوحدة الرابعة الطقس فيها الفصل السادس الطقس والفصول. والوحدة الخامسة المادة فيها الفصل السابع المادة من حولنا والفصل الثامن تغيرات المادة. والوحدة السادسة الحركة والطاقة فيها الفصل التاسع الحركة والفصل العاشر الطاقة.</w:t>
      </w:r>
    </w:p>
    <w:p>
      <w:pPr>
        <w:spacing w:before="160" w:after="40" w:line="336" w:lineRule="auto"/>
        <w:jc w:val="right"/>
        <w:bidi w:val="1"/>
      </w:pPr>
      <w:r>
        <w:rPr>
          <w:rFonts w:ascii="Arial" w:hAnsi="Arial" w:cs="Arial" w:eastAsia="Arial"/>
          <w:b/>
          <w:color w:val="16265C"/>
          <w:sz w:val="28"/>
        </w:rPr>
        <w:t>الأسبوع الأول الطقس من حولنا</w:t>
      </w:r>
    </w:p>
    <w:p>
      <w:pPr>
        <w:spacing w:before="0" w:after="40" w:line="336" w:lineRule="auto"/>
        <w:jc w:val="right"/>
        <w:bidi w:val="1"/>
      </w:pPr>
      <w:r>
        <w:rPr>
          <w:rFonts w:ascii="Arial" w:hAnsi="Arial" w:cs="Arial" w:eastAsia="Arial"/>
          <w:b w:val="0"/>
          <w:color w:val="1F2937"/>
          <w:sz w:val="25"/>
        </w:rPr>
        <w:t>درس الطقس من حولنا من الفصل السادس. يتعلم الطالب فيه ما الطقس وكيف نصفه بكلمات مشمس وغائم وممطر وعاصف وما درجة الحرارة وما الرياح.</w:t>
      </w:r>
    </w:p>
    <w:p>
      <w:pPr>
        <w:spacing w:before="160" w:after="40" w:line="336" w:lineRule="auto"/>
        <w:jc w:val="right"/>
        <w:bidi w:val="1"/>
      </w:pPr>
      <w:r>
        <w:rPr>
          <w:rFonts w:ascii="Arial" w:hAnsi="Arial" w:cs="Arial" w:eastAsia="Arial"/>
          <w:b/>
          <w:color w:val="16265C"/>
          <w:sz w:val="28"/>
        </w:rPr>
        <w:t>الأسبوع الثاني الفصول الأربعة</w:t>
      </w:r>
    </w:p>
    <w:p>
      <w:pPr>
        <w:spacing w:before="0" w:after="40" w:line="336" w:lineRule="auto"/>
        <w:jc w:val="right"/>
        <w:bidi w:val="1"/>
      </w:pPr>
      <w:r>
        <w:rPr>
          <w:rFonts w:ascii="Arial" w:hAnsi="Arial" w:cs="Arial" w:eastAsia="Arial"/>
          <w:b w:val="0"/>
          <w:color w:val="1F2937"/>
          <w:sz w:val="25"/>
        </w:rPr>
        <w:t>درس الفصول الأربعة من الفصل السادس. يتعلم الطالب فيه الفصول الأربعة الربيع والصيف والخريف والشتاء وما يحدث في كل فصل وما نلبسه فيه.</w:t>
      </w:r>
    </w:p>
    <w:p>
      <w:pPr>
        <w:spacing w:before="160" w:after="40" w:line="336" w:lineRule="auto"/>
        <w:jc w:val="right"/>
        <w:bidi w:val="1"/>
      </w:pPr>
      <w:r>
        <w:rPr>
          <w:rFonts w:ascii="Arial" w:hAnsi="Arial" w:cs="Arial" w:eastAsia="Arial"/>
          <w:b/>
          <w:color w:val="16265C"/>
          <w:sz w:val="28"/>
        </w:rPr>
        <w:t>الأسبوع الثالث خصائص المواد</w:t>
      </w:r>
    </w:p>
    <w:p>
      <w:pPr>
        <w:spacing w:before="0" w:after="40" w:line="336" w:lineRule="auto"/>
        <w:jc w:val="right"/>
        <w:bidi w:val="1"/>
      </w:pPr>
      <w:r>
        <w:rPr>
          <w:rFonts w:ascii="Arial" w:hAnsi="Arial" w:cs="Arial" w:eastAsia="Arial"/>
          <w:b w:val="0"/>
          <w:color w:val="1F2937"/>
          <w:sz w:val="25"/>
        </w:rPr>
        <w:t>درس خصائص المواد من الفصل السابع. يتعلم الطالب فيه ما المادة وما خصائصها مثل اللون والشكل والحجم والملمس والصلابة وكيف نعرفها بالنظر واللمس.</w:t>
      </w:r>
    </w:p>
    <w:p>
      <w:pPr>
        <w:spacing w:before="160" w:after="40" w:line="336" w:lineRule="auto"/>
        <w:jc w:val="right"/>
        <w:bidi w:val="1"/>
      </w:pPr>
      <w:r>
        <w:rPr>
          <w:rFonts w:ascii="Arial" w:hAnsi="Arial" w:cs="Arial" w:eastAsia="Arial"/>
          <w:b/>
          <w:color w:val="16265C"/>
          <w:sz w:val="28"/>
        </w:rPr>
        <w:t>الأسبوع الرابع المواد الصلبة</w:t>
      </w:r>
    </w:p>
    <w:p>
      <w:pPr>
        <w:spacing w:before="0" w:after="40" w:line="336" w:lineRule="auto"/>
        <w:jc w:val="right"/>
        <w:bidi w:val="1"/>
      </w:pPr>
      <w:r>
        <w:rPr>
          <w:rFonts w:ascii="Arial" w:hAnsi="Arial" w:cs="Arial" w:eastAsia="Arial"/>
          <w:b w:val="0"/>
          <w:color w:val="1F2937"/>
          <w:sz w:val="25"/>
        </w:rPr>
        <w:t>درس المواد الصلبة من الفصل السابع. يتعلم الطالب فيه أن المادة الصلبة لها شكل ثابت وحجم ثابت مثل الحجر والخشب والكتاب.</w:t>
      </w:r>
    </w:p>
    <w:p>
      <w:pPr>
        <w:spacing w:before="160" w:after="40" w:line="336" w:lineRule="auto"/>
        <w:jc w:val="right"/>
        <w:bidi w:val="1"/>
      </w:pPr>
      <w:r>
        <w:rPr>
          <w:rFonts w:ascii="Arial" w:hAnsi="Arial" w:cs="Arial" w:eastAsia="Arial"/>
          <w:b/>
          <w:color w:val="16265C"/>
          <w:sz w:val="28"/>
        </w:rPr>
        <w:t>الأسبوع الخامس السوائل والغازات</w:t>
      </w:r>
    </w:p>
    <w:p>
      <w:pPr>
        <w:spacing w:before="0" w:after="40" w:line="336" w:lineRule="auto"/>
        <w:jc w:val="right"/>
        <w:bidi w:val="1"/>
      </w:pPr>
      <w:r>
        <w:rPr>
          <w:rFonts w:ascii="Arial" w:hAnsi="Arial" w:cs="Arial" w:eastAsia="Arial"/>
          <w:b w:val="0"/>
          <w:color w:val="1F2937"/>
          <w:sz w:val="25"/>
        </w:rPr>
        <w:t>درس السوائل والغازات من الفصل السابع. يتعلم الطالب فيه أن السائل يأخذ شكل الوعاء مثل الماء والحليب وأن الغاز ينتشر ليملأ المكان مثل الهواء.</w:t>
      </w:r>
    </w:p>
    <w:p>
      <w:pPr>
        <w:spacing w:before="160" w:after="40" w:line="336" w:lineRule="auto"/>
        <w:jc w:val="right"/>
        <w:bidi w:val="1"/>
      </w:pPr>
      <w:r>
        <w:rPr>
          <w:rFonts w:ascii="Arial" w:hAnsi="Arial" w:cs="Arial" w:eastAsia="Arial"/>
          <w:b/>
          <w:color w:val="16265C"/>
          <w:sz w:val="28"/>
        </w:rPr>
        <w:t>الأسبوع السادس المادة تتغير</w:t>
      </w:r>
    </w:p>
    <w:p>
      <w:pPr>
        <w:spacing w:before="0" w:after="40" w:line="336" w:lineRule="auto"/>
        <w:jc w:val="right"/>
        <w:bidi w:val="1"/>
      </w:pPr>
      <w:r>
        <w:rPr>
          <w:rFonts w:ascii="Arial" w:hAnsi="Arial" w:cs="Arial" w:eastAsia="Arial"/>
          <w:b w:val="0"/>
          <w:color w:val="1F2937"/>
          <w:sz w:val="25"/>
        </w:rPr>
        <w:t>درس المادة تتغير من الفصل الثامن. يتعلم الطالب فيه كيف تتغير المادة بالحرارة فتذوب مثل الثلج وكيف تتغير بالبرودة فتتجمد مثل الماء.</w:t>
      </w:r>
    </w:p>
    <w:p>
      <w:pPr>
        <w:spacing w:before="160" w:after="40" w:line="336" w:lineRule="auto"/>
        <w:jc w:val="right"/>
        <w:bidi w:val="1"/>
      </w:pPr>
      <w:r>
        <w:rPr>
          <w:rFonts w:ascii="Arial" w:hAnsi="Arial" w:cs="Arial" w:eastAsia="Arial"/>
          <w:b/>
          <w:color w:val="16265C"/>
          <w:sz w:val="28"/>
        </w:rPr>
        <w:t>الأسبوع السابع المخاليط</w:t>
      </w:r>
    </w:p>
    <w:p>
      <w:pPr>
        <w:spacing w:before="0" w:after="40" w:line="336" w:lineRule="auto"/>
        <w:jc w:val="right"/>
        <w:bidi w:val="1"/>
      </w:pPr>
      <w:r>
        <w:rPr>
          <w:rFonts w:ascii="Arial" w:hAnsi="Arial" w:cs="Arial" w:eastAsia="Arial"/>
          <w:b w:val="0"/>
          <w:color w:val="1F2937"/>
          <w:sz w:val="25"/>
        </w:rPr>
        <w:t>درس المخاليط من الفصل الثامن. يتعلم الطالب فيه أن المخلوط يتكون من خلط مادتين أو أكثر معا مثل خلط الرمل مع الماء وخلط حبوب مختلفة.</w:t>
      </w:r>
    </w:p>
    <w:p>
      <w:pPr>
        <w:spacing w:before="160" w:after="40" w:line="336" w:lineRule="auto"/>
        <w:jc w:val="right"/>
        <w:bidi w:val="1"/>
      </w:pPr>
      <w:r>
        <w:rPr>
          <w:rFonts w:ascii="Arial" w:hAnsi="Arial" w:cs="Arial" w:eastAsia="Arial"/>
          <w:b/>
          <w:color w:val="16265C"/>
          <w:sz w:val="28"/>
        </w:rPr>
        <w:t>الأسبوع الثامن الموقع والحركة</w:t>
      </w:r>
    </w:p>
    <w:p>
      <w:pPr>
        <w:spacing w:before="0" w:after="40" w:line="336" w:lineRule="auto"/>
        <w:jc w:val="right"/>
        <w:bidi w:val="1"/>
      </w:pPr>
      <w:r>
        <w:rPr>
          <w:rFonts w:ascii="Arial" w:hAnsi="Arial" w:cs="Arial" w:eastAsia="Arial"/>
          <w:b w:val="0"/>
          <w:color w:val="1F2937"/>
          <w:sz w:val="25"/>
        </w:rPr>
        <w:t>درس الموقع والحركة من الفصل التاسع. يتعلم الطالب فيه ما الموقع وكيف نصفه بكلمات فوق وتحت وأمام وخلف وما الحركة وأنها تغير مكان الشيء.</w:t>
      </w:r>
    </w:p>
    <w:p>
      <w:pPr>
        <w:spacing w:before="160" w:after="40" w:line="336" w:lineRule="auto"/>
        <w:jc w:val="right"/>
        <w:bidi w:val="1"/>
      </w:pPr>
      <w:r>
        <w:rPr>
          <w:rFonts w:ascii="Arial" w:hAnsi="Arial" w:cs="Arial" w:eastAsia="Arial"/>
          <w:b/>
          <w:color w:val="16265C"/>
          <w:sz w:val="28"/>
        </w:rPr>
        <w:t>الأسبوع التاسع القوة</w:t>
      </w:r>
    </w:p>
    <w:p>
      <w:pPr>
        <w:spacing w:before="0" w:after="40" w:line="336" w:lineRule="auto"/>
        <w:jc w:val="right"/>
        <w:bidi w:val="1"/>
      </w:pPr>
      <w:r>
        <w:rPr>
          <w:rFonts w:ascii="Arial" w:hAnsi="Arial" w:cs="Arial" w:eastAsia="Arial"/>
          <w:b w:val="0"/>
          <w:color w:val="1F2937"/>
          <w:sz w:val="25"/>
        </w:rPr>
        <w:t>درس القوة من الفصل التاسع. يتعلم الطالب فيه ما القوة وأنها قد تكون دفعا أو سحبا وأن الدفع يبعد الشيء والسحب يقربه.</w:t>
      </w:r>
    </w:p>
    <w:p>
      <w:pPr>
        <w:spacing w:before="160" w:after="40" w:line="336" w:lineRule="auto"/>
        <w:jc w:val="right"/>
        <w:bidi w:val="1"/>
      </w:pPr>
      <w:r>
        <w:rPr>
          <w:rFonts w:ascii="Arial" w:hAnsi="Arial" w:cs="Arial" w:eastAsia="Arial"/>
          <w:b/>
          <w:color w:val="16265C"/>
          <w:sz w:val="28"/>
        </w:rPr>
        <w:t>الأسبوع العاشر الطاقة والحرارة</w:t>
      </w:r>
    </w:p>
    <w:p>
      <w:pPr>
        <w:spacing w:before="0" w:after="40" w:line="336" w:lineRule="auto"/>
        <w:jc w:val="right"/>
        <w:bidi w:val="1"/>
      </w:pPr>
      <w:r>
        <w:rPr>
          <w:rFonts w:ascii="Arial" w:hAnsi="Arial" w:cs="Arial" w:eastAsia="Arial"/>
          <w:b w:val="0"/>
          <w:color w:val="1F2937"/>
          <w:sz w:val="25"/>
        </w:rPr>
        <w:t>درس الطاقة والحرارة من الفصل العاشر. يتعلم الطالب فيه ما الطاقة وأن الشمس مصدر مهم للطاقة والحرارة وأن الطعام يعطي جسمنا الطاقة.</w:t>
      </w:r>
    </w:p>
    <w:p>
      <w:pPr>
        <w:spacing w:before="160" w:after="40" w:line="336" w:lineRule="auto"/>
        <w:jc w:val="right"/>
        <w:bidi w:val="1"/>
      </w:pPr>
      <w:r>
        <w:rPr>
          <w:rFonts w:ascii="Arial" w:hAnsi="Arial" w:cs="Arial" w:eastAsia="Arial"/>
          <w:b/>
          <w:color w:val="16265C"/>
          <w:sz w:val="28"/>
        </w:rPr>
        <w:t>الأسبوع الحادي عشر الضوء والصوت</w:t>
      </w:r>
    </w:p>
    <w:p>
      <w:pPr>
        <w:spacing w:before="0" w:after="40" w:line="336" w:lineRule="auto"/>
        <w:jc w:val="right"/>
        <w:bidi w:val="1"/>
      </w:pPr>
      <w:r>
        <w:rPr>
          <w:rFonts w:ascii="Arial" w:hAnsi="Arial" w:cs="Arial" w:eastAsia="Arial"/>
          <w:b w:val="0"/>
          <w:color w:val="1F2937"/>
          <w:sz w:val="25"/>
        </w:rPr>
        <w:t>درس الضوء والصوت من الفصل العاشر. يتعلم الطالب فيه أن الضوء يساعدنا على رؤية الأشياء وأن الصوت نسمعه بآذاننا.</w:t>
      </w:r>
    </w:p>
    <w:p>
      <w:pPr>
        <w:spacing w:before="160" w:after="40" w:line="336" w:lineRule="auto"/>
        <w:jc w:val="right"/>
        <w:bidi w:val="1"/>
      </w:pPr>
      <w:r>
        <w:rPr>
          <w:rFonts w:ascii="Arial" w:hAnsi="Arial" w:cs="Arial" w:eastAsia="Arial"/>
          <w:b/>
          <w:color w:val="16265C"/>
          <w:sz w:val="28"/>
        </w:rPr>
        <w:t>الأسبوع الثاني عشر مراجعة واختبار</w:t>
      </w:r>
    </w:p>
    <w:p>
      <w:pPr>
        <w:spacing w:before="0" w:after="40" w:line="336" w:lineRule="auto"/>
        <w:jc w:val="right"/>
        <w:bidi w:val="1"/>
      </w:pPr>
      <w:r>
        <w:rPr>
          <w:rFonts w:ascii="Arial" w:hAnsi="Arial" w:cs="Arial" w:eastAsia="Arial"/>
          <w:b w:val="0"/>
          <w:color w:val="1F2937"/>
          <w:sz w:val="25"/>
        </w:rPr>
        <w:t>أسبوع المراجعة الشاملة لجميع فصول الفصل الثاني الخمسة. يراجع الطالب أهم أفكار كل فصل ثم يتدرب على أسئلة من صفحة اختبار علوم الفترة الثانية أول ابتدائي الفصل الثاني وصفحة اختبار نهائي علوم أول ابتدائي الفصل الثاني.</w:t>
      </w:r>
    </w:p>
    <w:p>
      <w:pPr>
        <w:spacing w:before="160" w:after="40" w:line="336" w:lineRule="auto"/>
        <w:jc w:val="right"/>
        <w:bidi w:val="1"/>
      </w:pPr>
      <w:r>
        <w:rPr>
          <w:rFonts w:ascii="Arial" w:hAnsi="Arial" w:cs="Arial" w:eastAsia="Arial"/>
          <w:b/>
          <w:color w:val="16265C"/>
          <w:sz w:val="28"/>
        </w:rPr>
        <w:t>ما يتعلمه طفلك في كل فصل</w:t>
      </w:r>
    </w:p>
    <w:p>
      <w:pPr>
        <w:spacing w:before="0" w:after="40" w:line="336" w:lineRule="auto"/>
        <w:jc w:val="right"/>
        <w:bidi w:val="1"/>
      </w:pPr>
      <w:r>
        <w:rPr>
          <w:rFonts w:ascii="Arial" w:hAnsi="Arial" w:cs="Arial" w:eastAsia="Arial"/>
          <w:b w:val="0"/>
          <w:color w:val="1F2937"/>
          <w:sz w:val="25"/>
        </w:rPr>
        <w:t>في الفصل السادس يتعلم طفلك ملاحظة الطقس والفصول. وفي الفصل السابع يتعلم وصف المواد وتصنيفها إلى صلبة وسائلة وغازية. وفي الفصل الثامن يتعلم كيف تتغير المادة وما المخلوط. وفي الفصل التاسع يتعلم وصف الموقع والحركة والقوة. وفي الفصل العاشر يتعلم الطاقة والحرارة والضوء والصوت.</w:t>
      </w:r>
    </w:p>
    <w:p>
      <w:pPr>
        <w:spacing w:before="240" w:after="40" w:line="336" w:lineRule="auto"/>
        <w:jc w:val="right"/>
        <w:bidi w:val="1"/>
      </w:pPr>
      <w:r>
        <w:rPr>
          <w:rFonts w:ascii="Arial" w:hAnsi="Arial" w:cs="Arial" w:eastAsia="Arial"/>
          <w:b/>
          <w:color w:val="16265C"/>
          <w:sz w:val="28"/>
        </w:rPr>
        <w:t>كيف تستعمل التوزيع</w:t>
      </w:r>
    </w:p>
    <w:p>
      <w:pPr>
        <w:spacing w:before="0" w:after="40" w:line="336" w:lineRule="auto"/>
        <w:jc w:val="right"/>
        <w:bidi w:val="1"/>
      </w:pPr>
      <w:r>
        <w:rPr>
          <w:rFonts w:ascii="Arial" w:hAnsi="Arial" w:cs="Arial" w:eastAsia="Arial"/>
          <w:b w:val="0"/>
          <w:color w:val="1F2937"/>
          <w:sz w:val="25"/>
        </w:rPr>
        <w:t>1. تابع درس كل أسبوع مع طفلك واسأله عما تعلمه في المدرسة.</w:t>
      </w:r>
    </w:p>
    <w:p>
      <w:pPr>
        <w:spacing w:before="0" w:after="40" w:line="336" w:lineRule="auto"/>
        <w:jc w:val="right"/>
        <w:bidi w:val="1"/>
      </w:pPr>
      <w:r>
        <w:rPr>
          <w:rFonts w:ascii="Arial" w:hAnsi="Arial" w:cs="Arial" w:eastAsia="Arial"/>
          <w:b w:val="0"/>
          <w:color w:val="1F2937"/>
          <w:sz w:val="25"/>
        </w:rPr>
        <w:t>2. راجع معه صفحة حل الفصل نفسه في موقعنا.</w:t>
      </w:r>
    </w:p>
    <w:p>
      <w:pPr>
        <w:spacing w:before="0" w:after="40" w:line="336" w:lineRule="auto"/>
        <w:jc w:val="right"/>
        <w:bidi w:val="1"/>
      </w:pPr>
      <w:r>
        <w:rPr>
          <w:rFonts w:ascii="Arial" w:hAnsi="Arial" w:cs="Arial" w:eastAsia="Arial"/>
          <w:b w:val="0"/>
          <w:color w:val="1F2937"/>
          <w:sz w:val="25"/>
        </w:rPr>
        <w:t>3. وفي نهاية الفصل راجع معه صفحة الملخص ثم تدرب على الاختبارين.</w:t>
      </w:r>
    </w:p>
    <w:p>
      <w:pPr>
        <w:spacing w:before="280" w:after="80" w:line="336" w:lineRule="auto"/>
        <w:jc w:val="center"/>
        <w:bidi w:val="1"/>
      </w:pPr>
      <w:r>
        <w:rPr>
          <w:rFonts w:ascii="Arial" w:hAnsi="Arial" w:cs="Arial" w:eastAsia="Arial"/>
          <w:b w:val="0"/>
          <w:color w:val="16265C"/>
          <w:sz w:val="20"/>
        </w:rPr>
        <w:t>كتبي . أوراق عمل واختبارات أصلية من إعداد موقع كتبي</w:t>
      </w:r>
    </w:p>
    <w:sectPr w:rsidR="00FC693F" w:rsidRPr="0006063C" w:rsidSect="00034616">
      <w:pgSz w:w="11906" w:h="16838"/>
      <w:pgMar w:top="1134" w:right="1417" w:bottom="1134"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توزيع علوم أول ابتدائي الفصل الثاني 1448</dc:title>
  <dc:subject/>
  <dc:creator>كتبي</dc:creator>
  <cp:keywords/>
  <dc:description>generated by python-docx</dc:description>
  <cp:lastModifiedBy/>
  <cp:revision>1</cp:revision>
  <dcterms:created xsi:type="dcterms:W3CDTF">2013-12-23T23:15:00Z</dcterms:created>
  <dcterms:modified xsi:type="dcterms:W3CDTF">2013-12-23T23:15:00Z</dcterms:modified>
  <cp:category/>
</cp:coreProperties>
</file>