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 w:line="336" w:lineRule="auto"/>
        <w:jc w:val="center"/>
        <w:bidi w:val="1"/>
      </w:pPr>
      <w:r>
        <w:rPr>
          <w:rFonts w:ascii="Arial" w:hAnsi="Arial" w:cs="Arial" w:eastAsia="Arial"/>
          <w:b/>
          <w:color w:val="16265C"/>
          <w:sz w:val="40"/>
        </w:rPr>
        <w:t>توزيع رياضيات أول ابتدائي الفصل الثاني 1448</w:t>
      </w:r>
    </w:p>
    <w:p>
      <w:pPr>
        <w:spacing w:before="0" w:after="200" w:line="336" w:lineRule="auto"/>
        <w:jc w:val="center"/>
        <w:bidi w:val="1"/>
      </w:pPr>
      <w:r>
        <w:rPr>
          <w:rFonts w:ascii="Arial" w:hAnsi="Arial" w:cs="Arial" w:eastAsia="Arial"/>
          <w:b w:val="0"/>
          <w:color w:val="059669"/>
          <w:sz w:val="24"/>
        </w:rPr>
        <w:t>توزيع أصلي من إعداد موقع كتبي لدروس الفصول السبعة أسبوعا بأسبوع</w:t>
      </w:r>
    </w:p>
    <w:p>
      <w:pPr>
        <w:spacing w:before="0" w:after="120" w:line="336" w:lineRule="auto"/>
        <w:jc w:val="right"/>
        <w:bidi w:val="1"/>
        <w:pBdr>
          <w:bottom w:val="single" w:sz="18" w:space="4" w:color="F59E0B"/>
        </w:pBdr>
      </w:pPr>
      <w:r>
        <w:rPr>
          <w:rFonts w:ascii="Arial" w:hAnsi="Arial" w:cs="Arial" w:eastAsia="Arial"/>
          <w:b w:val="0"/>
          <w:color w:val="1F2937"/>
          <w:sz w:val="24"/>
        </w:rPr>
        <w:t>الاسم: ............................          التاريخ: .... .... 1448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الأسبوع الأول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الفصل السابع الطرح درس قصص الطرح ودرس تمثيل الطرح ودرس جمل الطرح. يتعلم الطالب معنى الطرح وجملته.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الأسبوع الثاني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الفصل السابع الطرح درس طرح الصفر والكل ودرس الطرح من الأعداد 4 و5 و6 ودرس الطرح من الأعداد 7 و8 و9. يتدرب الطالب على الطرح من الأعداد الصغيرة.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الأسبوع الثالث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الفصل السابع الطرح درس الطرح من الأعداد 10 و11 و12 ودرس الطرح الرأسي ومراجعة الفصل. يكمل الطالب الطرح حتى 12 ويتعلم الطرح الرأسي.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الأسبوع الرابع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الفصل الثامن طرائق الجمع والطرح درس الجمع بالعد التصاعدي ودرس الجمع باستعمال خط الأعداد. يتعلم الطالب طرائق سريعة للجمع.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الأسبوع الخامس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الفصل الثامن طرائق الجمع والطرح درس الطرح بالعد التنازلي ودرس الطرح باستعمال خط الأعداد ومراجعة الفصل. يتعلم الطالب طرائق سريعة للطرح.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الأسبوع السادس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الفصل التاسع القيمة المنزلية درس الآحاد والعشرات ودرس الأعداد حتى 50. يتعلم الطالب أن كل عدد يتكون من آحاد وعشرات.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الأسبوع السابع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الفصل التاسع القيمة المنزلية درس الأعداد حتى 100 ودرس التقدير. يكمل الطالب العد حتى 100 ويتعلم التقدير.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الأسبوع الثامن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الفصل التاسع القيمة المنزلية درس مقارنة الأعداد حتى 100 ودرس ترتيب الأعداد حتى 100 واختبار الفترة الثانية. يراجع الطالب الفصول السابع والثامن والتاسع ويختبر نفسه.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الأسبوع التاسع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الفصل العاشر القياس درس مقارنة الأطوال وترتيبها ودرس وحدات الطول غير القياسية. يتعلم الطالب قياس الطول بالمكعبات.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الأسبوع العاشر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الفصل العاشر القياس درس مقارنة الكتل وترتيبها ودرس مقارنة السعات وترتيبها ومراجعة الفصل. يتعلم الطالب كلمتي أثقل وأخف وأكثر سعة وأقل سعة.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الأسبوع الحادي عشر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الفصل الحادي عشر أنماط الأعداد درس العد بالعشرات ودرس لوحة المئة ودرس العد القفزي اثنينات وخمسات وعشرات. يتعلم الطالب العد السريع بأنماط ثابتة.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الأسبوع الثاني عشر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الفصل الثاني عشر الأشكال الهندسية والكسور درس المجسمات ودرس تصنيف المجسمات ودرس الأشكال المستوية والمجسمات ودرس الأشكال المستوية. يتعلم الطالب أسماء المجسمات والأشكال.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الأسبوع الثالث عشر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الفصل الثاني عشر الأشكال الهندسية والكسور درس الأجزاء المتطابقة ودرس النصف ودرس الثلث والربع. يتعلم الطالب الكسور البسيطة.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الأسبوع الرابع عشر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الفصل الثالث عشر النقود درس النقود ريال واحد وريالان و5 ريالات و10 ريالات ودرس عد النقود ودرس المبالغ المتساوية ودرس استعمال النقود. يتعلم الطالب التعامل مع النقود في حياته اليومية.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الأسبوع الخامس عشر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مراجعة الفصل الثاني والاختبار النهائي. يراجع الطالب الفصول السبعة كلها ويختبر نفسه قبل نهاية الفصل.</w:t>
      </w:r>
    </w:p>
    <w:p>
      <w:pPr>
        <w:spacing w:before="24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كيف تستعمل التوزيع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1. اتبع ترتيب الأسابيع ولا تتخطى درسا قبل أن يتقن الطالب الدرس السابق.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2. خصص وقتا للمراجعة في نهاية كل فصل قبل أن تبدأ الفصل التالي.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3. استعمل أشياء البيت في تدريب الطالب على الطرح والقياس والنقود.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4. إذا تأخر الطالب في درس ما أعد تدريبه عليه قبل أن تنتقل إلى الدرس التالي.</w:t>
      </w:r>
    </w:p>
    <w:p>
      <w:pPr>
        <w:spacing w:before="280" w:after="80" w:line="336" w:lineRule="auto"/>
        <w:jc w:val="center"/>
        <w:bidi w:val="1"/>
      </w:pPr>
      <w:r>
        <w:rPr>
          <w:rFonts w:ascii="Arial" w:hAnsi="Arial" w:cs="Arial" w:eastAsia="Arial"/>
          <w:b w:val="0"/>
          <w:color w:val="16265C"/>
          <w:sz w:val="20"/>
        </w:rPr>
        <w:t>كتبي . أوراق عمل واختبارات أصلية من إعداد موقع كتبي</w:t>
      </w:r>
    </w:p>
    <w:sectPr w:rsidR="00FC693F" w:rsidRPr="0006063C" w:rsidSect="00034616">
      <w:pgSz w:w="11906" w:h="16838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توزيع رياضيات أول ابتدائي الفصل الثاني 1448</dc:title>
  <dc:subject/>
  <dc:creator>كتبي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