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36" w:lineRule="auto"/>
        <w:jc w:val="center"/>
        <w:bidi w:val="1"/>
      </w:pPr>
      <w:r>
        <w:rPr>
          <w:rFonts w:ascii="Arial" w:hAnsi="Arial" w:cs="Arial" w:eastAsia="Arial"/>
          <w:b/>
          <w:color w:val="16265C"/>
          <w:sz w:val="40"/>
        </w:rPr>
        <w:t>أوراق عمل لغتي أول ابتدائي الفصل الثاني 1448</w:t>
      </w:r>
    </w:p>
    <w:p>
      <w:pPr>
        <w:spacing w:before="0" w:after="200" w:line="336" w:lineRule="auto"/>
        <w:jc w:val="center"/>
        <w:bidi w:val="1"/>
      </w:pPr>
      <w:r>
        <w:rPr>
          <w:rFonts w:ascii="Arial" w:hAnsi="Arial" w:cs="Arial" w:eastAsia="Arial"/>
          <w:b w:val="0"/>
          <w:color w:val="059669"/>
          <w:sz w:val="24"/>
        </w:rPr>
        <w:t>أوراق عمل أصلية من إعداد موقع كتبي حروف ونصوص الوحدات الخمس</w:t>
      </w:r>
    </w:p>
    <w:p>
      <w:pPr>
        <w:spacing w:before="0" w:after="120" w:line="336" w:lineRule="auto"/>
        <w:jc w:val="right"/>
        <w:bidi w:val="1"/>
        <w:pBdr>
          <w:bottom w:val="single" w:sz="18" w:space="4" w:color="F59E0B"/>
        </w:pBdr>
      </w:pPr>
      <w:r>
        <w:rPr>
          <w:rFonts w:ascii="Arial" w:hAnsi="Arial" w:cs="Arial" w:eastAsia="Arial"/>
          <w:b w:val="0"/>
          <w:color w:val="1F2937"/>
          <w:sz w:val="24"/>
        </w:rPr>
        <w:t>الاسم: ............................          التاريخ: .... .... 1448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الأول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لون حرف ض في كلمة ضفدع ثم اكتب الحرف ثلاث مرات.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الثاني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صل حرف ع بكلمة عين، ثم اقرأ الكلمة بصوت عال.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الثالث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ك في أول كلمة كرسي ثم ضع الكلمة في جملة قصيرة.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الرابع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خ في كلمة خبز ثم اكتب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الخامس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رتب الحروف التالية لتكون كلمة يد: ي، د.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السادس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ذ في أول كلمة ذرة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السابع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الكلمة التي تبدأ بحرف هـ من الكلمات هاتف وبيت ومدرسة. الكلمة الصحيحة هي هاتف.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الثامن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ث في كلمة ثلاثة ثم اكتب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التاسع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غ في أول كلمة غابة ثم ضع الكلمة في جملة قصيرة.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النشاط العاشر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كلمة معلم وكلمة ظلام ثم اكتب الكلمة التي فيها حرف ظ.</w:t>
      </w:r>
    </w:p>
    <w:p>
      <w:pPr>
        <w:spacing w:before="24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نموذج الحل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الأول حرف ض في كلمة ضفدع ويكتب الحرف ثلاث مرات.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الثاني حرف ع في أول كلمة عين.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الثالث يكتب حرف ك ثم كلمة كرسي في جملة أجلس على الكرسي.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الرابع حرف خ في أول كلمة خبز.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الخامس الحروف المرتبة تكون كلمة يد.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السادس يكتب حرف ذ ثم كلمة ذرة.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السابع الكلمة الصحيحة هي هاتف.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الثامن حرف ث في أول كلمة ثلاثة.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التاسع يكتب حرف غ ثم كلمة غابة في جملة الغابة كبيرة.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حل النشاط العاشر الكلمة التي فيها حرف ظ هي ظلام.</w:t>
      </w:r>
    </w:p>
    <w:p>
      <w:pPr>
        <w:spacing w:before="280" w:after="80" w:line="336" w:lineRule="auto"/>
        <w:jc w:val="center"/>
        <w:bidi w:val="1"/>
      </w:pPr>
      <w:r>
        <w:rPr>
          <w:rFonts w:ascii="Arial" w:hAnsi="Arial" w:cs="Arial" w:eastAsia="Arial"/>
          <w:b w:val="0"/>
          <w:color w:val="16265C"/>
          <w:sz w:val="20"/>
        </w:rPr>
        <w:t>كتبي . أوراق عمل واختبارات أصلية من إعداد موقع كتبي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أوراق عمل لغتي أول ابتدائي الفصل الثاني 1448</dc:title>
  <dc:subject/>
  <dc:creator>كتبي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