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36" w:lineRule="auto"/>
        <w:jc w:val="center"/>
        <w:bidi w:val="1"/>
      </w:pPr>
      <w:r>
        <w:rPr>
          <w:rFonts w:ascii="Arial" w:hAnsi="Arial" w:cs="Arial" w:eastAsia="Arial"/>
          <w:b/>
          <w:color w:val="16265C"/>
          <w:sz w:val="40"/>
        </w:rPr>
        <w:t>أوراق عمل لغتي أول ابتدائي الفصل الأول 1448</w:t>
      </w:r>
    </w:p>
    <w:p>
      <w:pPr>
        <w:spacing w:before="0" w:after="200" w:line="336" w:lineRule="auto"/>
        <w:jc w:val="center"/>
        <w:bidi w:val="1"/>
      </w:pPr>
      <w:r>
        <w:rPr>
          <w:rFonts w:ascii="Arial" w:hAnsi="Arial" w:cs="Arial" w:eastAsia="Arial"/>
          <w:b w:val="0"/>
          <w:color w:val="059669"/>
          <w:sz w:val="24"/>
        </w:rPr>
        <w:t>أوراق عمل أصلية من إعداد موقع كتبي الحروف الثمانية عشر</w:t>
      </w:r>
    </w:p>
    <w:p>
      <w:pPr>
        <w:spacing w:before="0" w:after="120" w:line="336" w:lineRule="auto"/>
        <w:jc w:val="right"/>
        <w:bidi w:val="1"/>
        <w:pBdr>
          <w:bottom w:val="single" w:sz="18" w:space="4" w:color="F59E0B"/>
        </w:pBdr>
      </w:pPr>
      <w:r>
        <w:rPr>
          <w:rFonts w:ascii="Arial" w:hAnsi="Arial" w:cs="Arial" w:eastAsia="Arial"/>
          <w:b w:val="0"/>
          <w:color w:val="1F2937"/>
          <w:sz w:val="24"/>
        </w:rPr>
        <w:t>الاسم: ............................          التاريخ: .... .... 1448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الأول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لون حرف م في كلمة مدرسة ثم اكتب الحرف ثلاث مرات.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الثاني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صل حرف ب بكلمة باب، ثم اقرأ الكلمة بصوت عال.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الثالث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ل في وسط كلمة قلب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الرابع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د في كلمة دجاجة ثم اكتب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الخامس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الكلمة التي تنتهي بحرف ن من الكلمات نور ولبن وقلم. الكلمة الصحيحة هي لبن.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السادس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ر في آخر كلمة قمر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السابع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ق في كلمة سوق ثم اكتب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الثامن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س في أول كلمة سمكة ثم ضع الكلمة في جملة قصيرة.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التاسع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كلمة شجرة وكلمة حوت ثم اكتب الكلمة التي تبدأ بحرف ش.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العاشر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كلمة طائر وكلمة جمل وكلمة زهرة ثم اكتب الكلمة التي فيها حرف ج.</w:t>
      </w:r>
    </w:p>
    <w:p>
      <w:pPr>
        <w:spacing w:before="24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نموذج الحل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الأول حرف م في كلمة مدرسة ويكتب الحرف ثلاث مرات.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الثاني حرف ب في أول كلمة باب.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الثالث يكتب حرف ل في وسط كلمة قلب.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الرابع حرف د في أول كلمة دجاجة.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الخامس الكلمة الصحيحة هي لبن.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السادس يكتب حرف ر في آخر كلمة قمر.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السابع حرف ق في كلمة سوق.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الثامن يكتب حرف س ثم كلمة سمكة في جملة السمكة تسبح في الماء.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التاسع الكلمة التي تبدأ بحرف ش هي شجرة.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العاشر الكلمة التي فيها حرف ج هي جمل.</w:t>
      </w:r>
    </w:p>
    <w:p>
      <w:pPr>
        <w:spacing w:before="280" w:after="80" w:line="336" w:lineRule="auto"/>
        <w:jc w:val="center"/>
        <w:bidi w:val="1"/>
      </w:pPr>
      <w:r>
        <w:rPr>
          <w:rFonts w:ascii="Arial" w:hAnsi="Arial" w:cs="Arial" w:eastAsia="Arial"/>
          <w:b w:val="0"/>
          <w:color w:val="16265C"/>
          <w:sz w:val="20"/>
        </w:rPr>
        <w:t>كتبي . أوراق عمل واختبارات أصلية من إعداد موقع كتبي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أوراق عمل لغتي أول ابتدائي الفصل الأول 1448</dc:title>
  <dc:subject/>
  <dc:creator>كتبي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