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336" w:lineRule="auto"/>
        <w:jc w:val="center"/>
        <w:bidi w:val="1"/>
      </w:pPr>
      <w:r>
        <w:rPr>
          <w:rFonts w:ascii="Arial" w:hAnsi="Arial" w:cs="Arial" w:eastAsia="Arial"/>
          <w:b/>
          <w:color w:val="16265C"/>
          <w:sz w:val="40"/>
        </w:rPr>
        <w:t>اختبار نهائي لغتي أول ابتدائي الفصل الثاني 1448</w:t>
      </w:r>
    </w:p>
    <w:p>
      <w:pPr>
        <w:spacing w:before="0" w:after="200" w:line="336" w:lineRule="auto"/>
        <w:jc w:val="center"/>
        <w:bidi w:val="1"/>
      </w:pPr>
      <w:r>
        <w:rPr>
          <w:rFonts w:ascii="Arial" w:hAnsi="Arial" w:cs="Arial" w:eastAsia="Arial"/>
          <w:b w:val="0"/>
          <w:color w:val="059669"/>
          <w:sz w:val="24"/>
        </w:rPr>
        <w:t>اختبار أصلي من إعداد موقع كتبي مع نموذج الإجابة الوحدات الخمس كلها</w:t>
      </w:r>
    </w:p>
    <w:p>
      <w:pPr>
        <w:spacing w:before="0" w:after="120" w:line="336" w:lineRule="auto"/>
        <w:jc w:val="right"/>
        <w:bidi w:val="1"/>
        <w:pBdr>
          <w:bottom w:val="single" w:sz="18" w:space="4" w:color="F59E0B"/>
        </w:pBdr>
      </w:pPr>
      <w:r>
        <w:rPr>
          <w:rFonts w:ascii="Arial" w:hAnsi="Arial" w:cs="Arial" w:eastAsia="Arial"/>
          <w:b w:val="0"/>
          <w:color w:val="1F2937"/>
          <w:sz w:val="24"/>
        </w:rPr>
        <w:t>الاسم: ............................          التاريخ: .... .... 1448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الأول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اقرأ كلمة ضوء ثم اكتب حرف ض وحده بخط واضح.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الثاني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ضع دائرة حول حرف ع في كلمة لعبة ثم اقرأ الكلمة.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الثالث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اختر الكلمة التي تنتهي بحرف ك من الكلمات سمك وكتاب وقلم. الكلمة الصحيحة هي سمك.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الرابع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اقرأ الجملة: الخروف يأكل العشب. ضع خطا تحت كلمة الخروف.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الخامس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اكتب حرف ي في آخر كلمة جدي ثم اقرأ الكلمة.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السادس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ما الحرف الأول في كلمة ذهب. الحرف الأول هو ذ.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السابع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ضع دائرة حول حرف هـ في كلمة وجه ثم اكتب الكلمة.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الثامن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اكتب حرف ث في وسط كلمة مثلث ثم اقرأ الكلمة.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التاسع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اختر الكلمة التي تبدأ بحرف غ من الكلمات غيم وشمس وقمر. الكلمة الصحيحة هي غيم.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العاشر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اقرأ الجملة: الظل يحمينا من الشمس. ضع خطا تحت كلمة الظل.</w:t>
      </w:r>
    </w:p>
    <w:p>
      <w:pPr>
        <w:spacing w:before="24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نموذج الإجابة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الأول حرف ض في كلمة ضوء.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الثاني حرف ع في كلمة لعبة.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الثالث الكلمة الصحيحة هي سمك.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الرابع كلمة الخروف في جملة الخروف يأكل العشب.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الخامس يكتب حرف ي في آخر كلمة جدي.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السادس حرف ذ في كلمة ذهب.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السابع حرف هـ في كلمة وجه.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الثامن يكتب حرف ث في وسط كلمة مثلث.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التاسع الكلمة الصحيحة هي غيم.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العاشر كلمة الظل في جملة الظل يحمينا من الشمس.</w:t>
      </w:r>
    </w:p>
    <w:p>
      <w:pPr>
        <w:spacing w:before="280" w:after="80" w:line="336" w:lineRule="auto"/>
        <w:jc w:val="center"/>
        <w:bidi w:val="1"/>
      </w:pPr>
      <w:r>
        <w:rPr>
          <w:rFonts w:ascii="Arial" w:hAnsi="Arial" w:cs="Arial" w:eastAsia="Arial"/>
          <w:b w:val="0"/>
          <w:color w:val="16265C"/>
          <w:sz w:val="20"/>
        </w:rPr>
        <w:t>كتبي . أوراق عمل واختبارات أصلية من إعداد موقع كتبي</w:t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اختبار نهائي لغتي أول ابتدائي الفصل الثاني 1448</dc:title>
  <dc:subject/>
  <dc:creator>كتبي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