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 w:line="336" w:lineRule="auto"/>
        <w:jc w:val="center"/>
        <w:bidi w:val="1"/>
      </w:pPr>
      <w:r>
        <w:rPr>
          <w:rFonts w:ascii="Arial" w:hAnsi="Arial" w:cs="Arial" w:eastAsia="Arial"/>
          <w:b/>
          <w:color w:val="16265C"/>
          <w:sz w:val="40"/>
        </w:rPr>
        <w:t>اختبار نهائي علوم أول ابتدائي الفصل الثاني 1448</w:t>
      </w:r>
    </w:p>
    <w:p>
      <w:pPr>
        <w:spacing w:before="0" w:after="200" w:line="336" w:lineRule="auto"/>
        <w:jc w:val="center"/>
        <w:bidi w:val="1"/>
      </w:pPr>
      <w:r>
        <w:rPr>
          <w:rFonts w:ascii="Arial" w:hAnsi="Arial" w:cs="Arial" w:eastAsia="Arial"/>
          <w:b w:val="0"/>
          <w:color w:val="059669"/>
          <w:sz w:val="24"/>
        </w:rPr>
        <w:t>اختبار أصلي من إعداد موقع كتبي مع نموذج الإجابة في الطقس والمواد والحركة والطاقة</w:t>
      </w:r>
    </w:p>
    <w:p>
      <w:pPr>
        <w:spacing w:before="0" w:after="120" w:line="336" w:lineRule="auto"/>
        <w:jc w:val="right"/>
        <w:bidi w:val="1"/>
        <w:pBdr>
          <w:bottom w:val="single" w:sz="18" w:space="4" w:color="F59E0B"/>
        </w:pBdr>
      </w:pPr>
      <w:r>
        <w:rPr>
          <w:rFonts w:ascii="Arial" w:hAnsi="Arial" w:cs="Arial" w:eastAsia="Arial"/>
          <w:b w:val="0"/>
          <w:color w:val="1F2937"/>
          <w:sz w:val="24"/>
        </w:rPr>
        <w:t>الاسم: ............................          التاريخ: .... .... 1448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الأول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اختيار من متعدد ما الذي نستخدمه لقياس درجة حرارة الجو أ مقياس الحرارة ب المسطرة ج الميزان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الثاني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اختيار من متعدد أي مما يأتي مادة سائلة أ الحليب ب الحجر ج الخشب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الثالث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اختيار من متعدد ماذا يحدث للماء عند وضعه في الثلاجة مدة طويلة أ يتحول إلى ثلج ب يتبخر ويختفي ج يبقى سائلا كما هو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الرابع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اختيار من متعدد في أي فصل تنمو الأزهار وتتفتح أ فصل الربيع ب فصل الشتاء ج فصل الخريف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الخامس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صح أو خطأ الضوء يساعدنا على رؤية الأشياء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السادس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صح أو خطأ الغاز له شكل ثابت وحجم ثابت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السابع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صح أو خطأ عندما ندفع الباب يبتعد عنا وعندما نسحبه يقترب منا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الثامن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أكمل الجمل الشمس مصدر للضوء و ………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التاسع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أكمل الجمل خلط الرمل مع الماء يكون ………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العاشر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أكمل الجمل عندما نغير مكان الكرة من الطاولة إلى الأرض نقول إنها ………</w:t>
      </w:r>
    </w:p>
    <w:p>
      <w:pPr>
        <w:spacing w:before="24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نموذج الإجابة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الأول: أ مقياس الحرارة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الثاني: أ الحليب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الثالث: أ يتحول إلى ثلج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الرابع: أ فصل الربيع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الخامس: صح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السادس: خطأ لأن الغاز ينتشر ليملأ المكان ولا يكون له شكل ثابت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السابع: صح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الثامن: الحرارة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التاسع: مخلوطا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العاشر: تحركت</w:t>
      </w:r>
    </w:p>
    <w:p>
      <w:pPr>
        <w:spacing w:before="280" w:after="80" w:line="336" w:lineRule="auto"/>
        <w:jc w:val="center"/>
        <w:bidi w:val="1"/>
      </w:pPr>
      <w:r>
        <w:rPr>
          <w:rFonts w:ascii="Arial" w:hAnsi="Arial" w:cs="Arial" w:eastAsia="Arial"/>
          <w:b w:val="0"/>
          <w:color w:val="16265C"/>
          <w:sz w:val="20"/>
        </w:rPr>
        <w:t>كتبي . أوراق عمل واختبارات أصلية من إعداد موقع كتبي</w:t>
      </w:r>
    </w:p>
    <w:sectPr w:rsidR="00FC693F" w:rsidRPr="0006063C" w:rsidSect="00034616">
      <w:pgSz w:w="11906" w:h="16838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اختبار نهائي علوم أول ابتدائي الفصل الثاني 1448</dc:title>
  <dc:subject/>
  <dc:creator>كتبي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