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اختبار لغتي الفترة الثانية أول ابتدائي الفصل الثاني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اختبار أصلي من إعداد موقع كتبي مع نموذج الإجابة الوحدة الرابعة صحتي وسلامتي والوحدة الخامسة ألعابي وهواياتي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الحرف الصحيح في كلمة ضفدع. الحرف الأول في كلمة ضفدع هو ض.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ع في أول كلمة عين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ك في كلمة كتاب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خ ثم ضعه في كلمة خروف واقرأ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ما الحرف الأول في كلمة يد. الحرف الأول هو ي.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ذ في أول كلمة ذئب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تبدأ بحرف هـ من الكلمات هدف وبيت ومدرسة. الكلمة الصحيحة هي هدف.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ث في أول كلمة ثلج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الجملة سجل اللاعب هدفا جميلا ثم ضع خطا تحت حرف هـ.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غزال وكلمة ظل ثم اكتب كل كلمة وحده بخط واضح.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الإجابة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الأول: حرف ض.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الثاني: يكتب حرف ع ثم كلمة عين.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الثالث: حرف ك في أول كلمة كتاب.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الرابع: يكتب حرف خ ثم كلمة خروف.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الخامس: حرف ي.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السادس: يكتب حرف ذ ثم كلمة ذئب.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السابع: كلمة هدف.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الثامن: يكتب حرف ث ثم كلمة ثلج.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التاسع: حرف هـ في كلمة هدف.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العاشر: يكتب كلمة غزال وكلمة ظل.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لغتي الفترة الثانية أول ابتدائي الفصل الثاني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