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336" w:lineRule="auto"/>
        <w:jc w:val="center"/>
        <w:bidi w:val="1"/>
      </w:pPr>
      <w:r>
        <w:rPr>
          <w:rFonts w:ascii="Arial" w:hAnsi="Arial" w:cs="Arial" w:eastAsia="Arial"/>
          <w:b/>
          <w:color w:val="16265C"/>
          <w:sz w:val="40"/>
        </w:rPr>
        <w:t>اختبار لغتي الفترة الثانية أول ابتدائي الفصل الأول 1448</w:t>
      </w:r>
    </w:p>
    <w:p>
      <w:pPr>
        <w:spacing w:before="0" w:after="200" w:line="336" w:lineRule="auto"/>
        <w:jc w:val="center"/>
        <w:bidi w:val="1"/>
      </w:pPr>
      <w:r>
        <w:rPr>
          <w:rFonts w:ascii="Arial" w:hAnsi="Arial" w:cs="Arial" w:eastAsia="Arial"/>
          <w:b w:val="0"/>
          <w:color w:val="059669"/>
          <w:sz w:val="24"/>
        </w:rPr>
        <w:t>اختبار أصلي من إعداد موقع كتبي مع نموذج الإجابة الوحدة الثانية مدرستي والوحدة الثالثة مدينتي</w:t>
      </w:r>
    </w:p>
    <w:p>
      <w:pPr>
        <w:spacing w:before="0" w:after="120" w:line="336" w:lineRule="auto"/>
        <w:jc w:val="right"/>
        <w:bidi w:val="1"/>
        <w:pBdr>
          <w:bottom w:val="single" w:sz="18" w:space="4" w:color="F59E0B"/>
        </w:pBdr>
      </w:pPr>
      <w:r>
        <w:rPr>
          <w:rFonts w:ascii="Arial" w:hAnsi="Arial" w:cs="Arial" w:eastAsia="Arial"/>
          <w:b w:val="0"/>
          <w:color w:val="1F2937"/>
          <w:sz w:val="24"/>
        </w:rPr>
        <w:t>الاسم: ............................          التاريخ: .... .... 1448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الأول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اختر الحرف الصحيح في كلمة قلم. الحرف الأول في كلمة قلم هو ق.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الثاني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س في أول كلمة سبورة ثم اقرأ الكلمة كاملة.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الثالث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ضع دائرة حول حرف ح في كلمة حقيبة ثم 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الرابع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ص ثم ضعه في كلمة صف واقرأ الكلمة.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الخامس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ما الحرف الأول في كلمة شمس. الحرف الأول هو ش.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السادس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أ في أول كلمة أسد ثم اقرأ الكلمة كاملة.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السابع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الجملة المعلم يكتب على السبورة ثم ضع خطا تحت حرف س.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الثامن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اكتب حرف ط وحرف ز وحرف ج في سطر واحد بخط واضح.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التاسع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اختر الكلمة التي تبدأ بحرف ف من الكلمات فصل وبيت ومدرسة. الكلمة الصحيحة هي فصل.</w:t>
      </w:r>
    </w:p>
    <w:p>
      <w:pPr>
        <w:spacing w:before="16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السؤال العاشر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اقرأ كلمة طائر وكلمة زهرة ثم اكتب كل كلمة وحده.</w:t>
      </w:r>
    </w:p>
    <w:p>
      <w:pPr>
        <w:spacing w:before="240" w:after="40" w:line="336" w:lineRule="auto"/>
        <w:jc w:val="right"/>
        <w:bidi w:val="1"/>
      </w:pPr>
      <w:r>
        <w:rPr>
          <w:rFonts w:ascii="Arial" w:hAnsi="Arial" w:cs="Arial" w:eastAsia="Arial"/>
          <w:b/>
          <w:color w:val="16265C"/>
          <w:sz w:val="28"/>
        </w:rPr>
        <w:t>نموذج الإجابة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الأول: حرف ق.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الثاني: يكتب حرف س ثم كلمة سبورة.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الثالث: حرف ح في أول كلمة حقيبة.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الرابع: يكتب حرف ص ثم كلمة صف.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الخامس: حرف ش.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السادس: يكتب حرف أ ثم كلمة أسد.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السابع: حرف س في كلمة السبورة.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الثامن: يكتب الحروف ط وز وج بخط واضح.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التاسع: كلمة فصل.</w:t>
      </w:r>
    </w:p>
    <w:p>
      <w:pPr>
        <w:spacing w:before="0" w:after="40" w:line="336" w:lineRule="auto"/>
        <w:jc w:val="right"/>
        <w:bidi w:val="1"/>
      </w:pPr>
      <w:r>
        <w:rPr>
          <w:rFonts w:ascii="Arial" w:hAnsi="Arial" w:cs="Arial" w:eastAsia="Arial"/>
          <w:b w:val="0"/>
          <w:color w:val="1F2937"/>
          <w:sz w:val="25"/>
        </w:rPr>
        <w:t>إجابة السؤال العاشر: يكتب كلمة طائر وكلمة زهرة.</w:t>
      </w:r>
    </w:p>
    <w:p>
      <w:pPr>
        <w:spacing w:before="280" w:after="80" w:line="336" w:lineRule="auto"/>
        <w:jc w:val="center"/>
        <w:bidi w:val="1"/>
      </w:pPr>
      <w:r>
        <w:rPr>
          <w:rFonts w:ascii="Arial" w:hAnsi="Arial" w:cs="Arial" w:eastAsia="Arial"/>
          <w:b w:val="0"/>
          <w:color w:val="16265C"/>
          <w:sz w:val="20"/>
        </w:rPr>
        <w:t>كتبي . أوراق عمل واختبارات أصلية من إعداد موقع كتبي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اختبار لغتي الفترة الثانية أول ابتدائي الفصل الأول 1448</dc:title>
  <dc:subject/>
  <dc:creator>كتبي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