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336" w:lineRule="auto"/>
        <w:jc w:val="center"/>
        <w:bidi w:val="1"/>
      </w:pPr>
      <w:r>
        <w:rPr>
          <w:rFonts w:ascii="Arial" w:hAnsi="Arial" w:cs="Arial" w:eastAsia="Arial"/>
          <w:b/>
          <w:color w:val="16265C"/>
          <w:sz w:val="40"/>
        </w:rPr>
        <w:t>اختبار لغتي الفترة الأولى أول ابتدائي الفصل الأول 1448</w:t>
      </w:r>
    </w:p>
    <w:p>
      <w:pPr>
        <w:spacing w:before="0" w:after="200" w:line="336" w:lineRule="auto"/>
        <w:jc w:val="center"/>
        <w:bidi w:val="1"/>
      </w:pPr>
      <w:r>
        <w:rPr>
          <w:rFonts w:ascii="Arial" w:hAnsi="Arial" w:cs="Arial" w:eastAsia="Arial"/>
          <w:b w:val="0"/>
          <w:color w:val="059669"/>
          <w:sz w:val="24"/>
        </w:rPr>
        <w:t>اختبار أصلي من إعداد موقع كتبي مع نموذج الإجابة الوحدة الأولى أسرتي</w:t>
      </w:r>
    </w:p>
    <w:p>
      <w:pPr>
        <w:spacing w:before="0" w:after="120" w:line="336" w:lineRule="auto"/>
        <w:jc w:val="right"/>
        <w:bidi w:val="1"/>
        <w:pBdr>
          <w:bottom w:val="single" w:sz="18" w:space="4" w:color="F59E0B"/>
        </w:pBdr>
      </w:pPr>
      <w:r>
        <w:rPr>
          <w:rFonts w:ascii="Arial" w:hAnsi="Arial" w:cs="Arial" w:eastAsia="Arial"/>
          <w:b w:val="0"/>
          <w:color w:val="1F2937"/>
          <w:sz w:val="24"/>
        </w:rPr>
        <w:t>الاسم: ............................          التاريخ: .... .... 1448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الأول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اختر الحرف الصحيح في كلمة مدرسة. الحرف الأول في كلمة مدرسة هو م.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الثاني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ب في أول كلمة بيت ثم اقرأ الكلمة كاملة.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الثالث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ضع دائرة حول حرف ل في كلمة لبن ثم اقرأ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الرابع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د ثم ضعه في كلمة دار واقرأ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الخامس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ما الحرف الأول في كلمة نور؟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السادس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ر في أول كلمة رمل ثم اقرأ الكلمة كاملة.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السابع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اقرأ الجملة: أذهب إلى المدرسة، ثم ضع خطا تحت حرف م.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الثامن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م وحرف ب وحرف ل في سطر واحد بخط واضح.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التاسع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اختر الكلمة التي تبدأ بحرف د من الكلمات: دار وبيت ومدرسة.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العاشر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اقرأ كلمة بيت وكلمة لبن ثم اكتب كل كلمة وحده.</w:t>
      </w:r>
    </w:p>
    <w:p>
      <w:pPr>
        <w:spacing w:before="24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نموذج الإجابة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الأول: حرف م.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الثاني: يكتب حرف ب ثم كلمة بيت.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الثالث: حرف ل في أول كلمة لبن.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الرابع: يكتب حرف د ثم كلمة دار.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الخامس: حرف ن.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السادس: يكتب حرف ر ثم كلمة رمل.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السابع: حرف م في كلمة مدرسة.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الثامن: يكتب الحروف م وب ول بخط واضح.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التاسع: كلمة دار.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العاشر: يكتب كلمة بيت وكلمة لبن.</w:t>
      </w:r>
    </w:p>
    <w:p>
      <w:pPr>
        <w:spacing w:before="280" w:after="80" w:line="336" w:lineRule="auto"/>
        <w:jc w:val="center"/>
        <w:bidi w:val="1"/>
      </w:pPr>
      <w:r>
        <w:rPr>
          <w:rFonts w:ascii="Arial" w:hAnsi="Arial" w:cs="Arial" w:eastAsia="Arial"/>
          <w:b w:val="0"/>
          <w:color w:val="16265C"/>
          <w:sz w:val="20"/>
        </w:rPr>
        <w:t>كتبي . أوراق عمل واختبارات أصلية من إعداد موقع كتبي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اختبار لغتي الفترة الأولى أول ابتدائي الفصل الأول 1448</dc:title>
  <dc:subject/>
  <dc:creator>كتبي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