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 w:line="336" w:lineRule="auto"/>
        <w:jc w:val="center"/>
        <w:bidi w:val="1"/>
      </w:pPr>
      <w:r>
        <w:rPr>
          <w:rFonts w:ascii="Arial" w:hAnsi="Arial" w:cs="Arial" w:eastAsia="Arial"/>
          <w:b/>
          <w:color w:val="16265C"/>
          <w:sz w:val="40"/>
        </w:rPr>
        <w:t>اختبار علوم الفترة الثانية أول ابتدائي الفصل الأول 1448</w:t>
      </w:r>
    </w:p>
    <w:p>
      <w:pPr>
        <w:spacing w:before="0" w:after="200" w:line="336" w:lineRule="auto"/>
        <w:jc w:val="center"/>
        <w:bidi w:val="1"/>
      </w:pPr>
      <w:r>
        <w:rPr>
          <w:rFonts w:ascii="Arial" w:hAnsi="Arial" w:cs="Arial" w:eastAsia="Arial"/>
          <w:b w:val="0"/>
          <w:color w:val="059669"/>
          <w:sz w:val="24"/>
        </w:rPr>
        <w:t>اختبار أصلي من إعداد موقع كتبي مع نموذج الإجابة في النباتات والحيوانات وأماكن العيش وموارد الأرض</w:t>
      </w:r>
    </w:p>
    <w:p>
      <w:pPr>
        <w:spacing w:before="0" w:after="120" w:line="336" w:lineRule="auto"/>
        <w:jc w:val="right"/>
        <w:bidi w:val="1"/>
        <w:pBdr>
          <w:bottom w:val="single" w:sz="18" w:space="4" w:color="F59E0B"/>
        </w:pBdr>
      </w:pPr>
      <w:r>
        <w:rPr>
          <w:rFonts w:ascii="Arial" w:hAnsi="Arial" w:cs="Arial" w:eastAsia="Arial"/>
          <w:b w:val="0"/>
          <w:color w:val="1F2937"/>
          <w:sz w:val="24"/>
        </w:rPr>
        <w:t>الاسم: ............................          التاريخ: .... .... 1448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الأول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اختيار من متعدد ما الجزء الذي يصنع الغذاء في النبات. أ الجذر ب الورقة ج الساق د الزهرة.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الثاني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أكمل الجمل الزهرة تتحول إلى ثمرة فيها بذور.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الثالث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صح أو خطأ البذرة تنمو من دون ماء.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الرابع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اختيار من متعدد أي حيوان يعيش على اليابسة. أ السمك ب الأسد ج الحوت د القرش.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الخامس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اختيار من متعدد ماذا يحتاج الحيوان ليعيش. أ الطعام والماء والمأوى ب اللعب فقط ج النوم فقط د التلفاز.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السادس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أكمل الجمل موطن الجمل الصحراء.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السابع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صح أو خطأ الشمس مورد من موارد الأرض.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الثامن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اختيار من متعدد كيف نحافظ على موارد الأرض. أ نغلق الصنبور بعد الاستعمال ب نترك الصنبور مفتوحا ج نرمي القمامة في الشارع د نقطع الأشجار.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التاسع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أكمل الجمل النباتات مخلوقات حية لأنها تنمو وتتغذى.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العاشر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صح أو خطأ تعيش كل النباتات في المكان نفسه.</w:t>
      </w:r>
    </w:p>
    <w:p>
      <w:pPr>
        <w:spacing w:before="24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نموذج الإجابة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الإجابة الأولى: ب الورقة لأنها تصنع الغذاء بضوء الشمس.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الإجابة الثانية: ثمرة الزهرة تتحول إلى ثمرة فيها بذور.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الإجابة الثالثة: خطأ البذرة تحتاج إلى الماء لتنمو ومن دون ماء تبقى صغيرة وتجف.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الإجابة الرابعة: ب الأسد لأنه يمشي على اليابسة ويعيش في الغابة.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الإجابة الخامسة: أ الطعام والماء والمأوى لأن الحيوان يحتاج إليها كلها ليعيش.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الإجابة السادسة: الصحراء موطن الجمل الصحراء لأنه يتحمل الحر وقلة الماء.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الإجابة السابعة: صح الشمس مورد من موارد الأرض تدفئنا بضوئها.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الإجابة الثامنة: أ نغلق الصنبور بعد الاستعمال لنحافظ على الماء من الهدر.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الإجابة التاسعة: تتغذى النباتات مخلوقات حية لأنها تنمو وتتغذى وتتكاثر.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الإجابة العاشرة: خطأ النباتات تعيش في أماكن كثيرة مثل الحديقة والمزرعة والصحراء وقرب الماء.</w:t>
      </w:r>
    </w:p>
    <w:p>
      <w:pPr>
        <w:spacing w:before="280" w:after="80" w:line="336" w:lineRule="auto"/>
        <w:jc w:val="center"/>
        <w:bidi w:val="1"/>
      </w:pPr>
      <w:r>
        <w:rPr>
          <w:rFonts w:ascii="Arial" w:hAnsi="Arial" w:cs="Arial" w:eastAsia="Arial"/>
          <w:b w:val="0"/>
          <w:color w:val="16265C"/>
          <w:sz w:val="20"/>
        </w:rPr>
        <w:t>كتبي . أوراق عمل واختبارات أصلية من إعداد موقع كتبي</w:t>
      </w:r>
    </w:p>
    <w:sectPr w:rsidR="00FC693F" w:rsidRPr="0006063C" w:rsidSect="00034616">
      <w:pgSz w:w="11906" w:h="16838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اختبار علوم الفترة الثانية أول ابتدائي الفصل الأول 1448</dc:title>
  <dc:subject/>
  <dc:creator>كتبي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