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 w:line="336" w:lineRule="auto"/>
        <w:jc w:val="center"/>
        <w:bidi w:val="1"/>
      </w:pPr>
      <w:r>
        <w:rPr>
          <w:rFonts w:ascii="Arial" w:hAnsi="Arial" w:cs="Arial" w:eastAsia="Arial"/>
          <w:b/>
          <w:color w:val="16265C"/>
          <w:sz w:val="40"/>
        </w:rPr>
        <w:t>اختبار علوم الفترة الأولى أول ابتدائي الفصل الأول 1448</w:t>
      </w:r>
    </w:p>
    <w:p>
      <w:pPr>
        <w:spacing w:before="0" w:after="200" w:line="336" w:lineRule="auto"/>
        <w:jc w:val="center"/>
        <w:bidi w:val="1"/>
      </w:pPr>
      <w:r>
        <w:rPr>
          <w:rFonts w:ascii="Arial" w:hAnsi="Arial" w:cs="Arial" w:eastAsia="Arial"/>
          <w:b w:val="0"/>
          <w:color w:val="059669"/>
          <w:sz w:val="24"/>
        </w:rPr>
        <w:t>اختبار أصلي من إعداد موقع كتبي مع نموذج الإجابة في النباتات والحيوانات وأماكن العيش وموارد الأرض</w:t>
      </w:r>
    </w:p>
    <w:p>
      <w:pPr>
        <w:spacing w:before="0" w:after="120" w:line="336" w:lineRule="auto"/>
        <w:jc w:val="right"/>
        <w:bidi w:val="1"/>
        <w:pBdr>
          <w:bottom w:val="single" w:sz="18" w:space="4" w:color="F59E0B"/>
        </w:pBdr>
      </w:pPr>
      <w:r>
        <w:rPr>
          <w:rFonts w:ascii="Arial" w:hAnsi="Arial" w:cs="Arial" w:eastAsia="Arial"/>
          <w:b w:val="0"/>
          <w:color w:val="1F2937"/>
          <w:sz w:val="24"/>
        </w:rPr>
        <w:t>الاسم: ............................          التاريخ: .... .... 1448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الأول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أي مما يأتي مخلوق حي. أ حجر ب شجرة ج كرسي د قلم.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الثاني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أي جزء يثبت النبات في التربة. أ الورقة ب الزهرة ج الجذر د الثمرة.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الثالث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صح أو خطأ النبات يحتاج إلى الماء وضوء الشمس لينمو.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الرابع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أكمل الجمل تحتاج البذرة إلى ماء وضوء الشمس وهواء لتنمو.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الخامس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أين يعيش السمك. أ على اليابسة ب في الماء ج على الشجرة د في الصحراء.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السادس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صح أو خطأ كل الحيوانات تأكل الطعام نفسه.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أكمل الجمل الماء والهواء والتربة من موارد الأرض.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الثامن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أي مما يأتي من موارد الأرض. أ الماء ب اللعبة ج الحاسوب د الكرسي.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التاسع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صح أو خطأ نغلق الصنبور بعد الاستعمال لنحافظ على الماء.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العاشر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أكمل الجمل تعيش النباتات في أماكن كثيرة مثل الحديقة والمزرعة.</w:t>
      </w:r>
    </w:p>
    <w:p>
      <w:pPr>
        <w:spacing w:before="24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نموذج الإجابة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الأولى: ب شجرة لأنها تنمو وتتغذى.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الثانية: ج الجذر لأنه يثبت النبات ويمتص الماء.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الثالثة: صح النبات يحتاج إلى الماء وضوء الشمس لينمو.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الرابعة: ماء تحتاج البذرة إلى ماء وضوء الشمس وهواء لتنمو.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الخامسة: ب في الماء لأن السمك يسبح ويتنفس في الماء.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السادسة: خطأ كل حيوان يأكل طعاما مناسبا له فالأسد يأكل اللحم والعصفور يأكل الحبوب.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السابعة: الأرض الماء والهواء والتربة من موارد الأرض.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الثامنة: أ الماء لأنه مورد طبيعي من موارد الأرض.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التاسعة: صح إغلاق الصنبور يحافظ على الماء من الهدر.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العاشرة: المزرعة تعيش النباتات في أماكن كثيرة مثل الحديقة والمزرعة والصحراء.</w:t>
      </w:r>
    </w:p>
    <w:p>
      <w:pPr>
        <w:spacing w:before="280" w:after="80" w:line="336" w:lineRule="auto"/>
        <w:jc w:val="center"/>
        <w:bidi w:val="1"/>
      </w:pPr>
      <w:r>
        <w:rPr>
          <w:rFonts w:ascii="Arial" w:hAnsi="Arial" w:cs="Arial" w:eastAsia="Arial"/>
          <w:b w:val="0"/>
          <w:color w:val="16265C"/>
          <w:sz w:val="20"/>
        </w:rPr>
        <w:t>كتبي . أوراق عمل واختبارات أصلية من إعداد موقع كتبي</w:t>
      </w:r>
    </w:p>
    <w:sectPr w:rsidR="00FC693F" w:rsidRPr="0006063C" w:rsidSect="00034616"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اختبار علوم الفترة الأولى أول ابتدائي الفصل الأول 1448</dc:title>
  <dc:subject/>
  <dc:creator>كتبي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