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 w:line="336" w:lineRule="auto"/>
        <w:jc w:val="center"/>
        <w:bidi w:val="1"/>
      </w:pPr>
      <w:r>
        <w:rPr>
          <w:rFonts w:ascii="Arial" w:hAnsi="Arial" w:cs="Arial" w:eastAsia="Arial"/>
          <w:b/>
          <w:color w:val="16265C"/>
          <w:sz w:val="40"/>
        </w:rPr>
        <w:t>اختبار رياضيات الفترة الثانية أول ابتدائي الفصل الثاني 1448</w:t>
      </w:r>
    </w:p>
    <w:p>
      <w:pPr>
        <w:spacing w:before="0" w:after="200" w:line="336" w:lineRule="auto"/>
        <w:jc w:val="center"/>
        <w:bidi w:val="1"/>
      </w:pPr>
      <w:r>
        <w:rPr>
          <w:rFonts w:ascii="Arial" w:hAnsi="Arial" w:cs="Arial" w:eastAsia="Arial"/>
          <w:b w:val="0"/>
          <w:color w:val="059669"/>
          <w:sz w:val="24"/>
        </w:rPr>
        <w:t>اختبار أصلي من إعداد موقع كتبي مع نموذج الإجابة في القيمة المنزلية والتقدير وترتيب الأطوال والكتل والسعات</w:t>
      </w:r>
    </w:p>
    <w:p>
      <w:pPr>
        <w:spacing w:before="0" w:after="120" w:line="336" w:lineRule="auto"/>
        <w:jc w:val="right"/>
        <w:bidi w:val="1"/>
        <w:pBdr>
          <w:bottom w:val="single" w:sz="18" w:space="4" w:color="F59E0B"/>
        </w:pBdr>
      </w:pPr>
      <w:r>
        <w:rPr>
          <w:rFonts w:ascii="Arial" w:hAnsi="Arial" w:cs="Arial" w:eastAsia="Arial"/>
          <w:b w:val="0"/>
          <w:color w:val="1F2937"/>
          <w:sz w:val="24"/>
        </w:rPr>
        <w:t>الاسم: ............................          التاريخ: .... .... 1448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الأول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حلل العدد 46 إلى آحاد وعشرات واكتب الناتج. العدد 46 يتكون من 4 عشرات و6 آحاد.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الثاني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اكتب العدد الذي فيه 7 عشرات و2 آحاد. العدد هو 72.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الثالث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قدر عدد حبات العنب في طبق فيه نحو 40 حبة ثم عدها واكتب العدد الحقيقي. التقدير نحو 40 والعدد الحقيقي قريب منه.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الرابع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قارن بين 84 و79 واكتب أي العددين أكبر. العدد 84 أكبر من العدد 79.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الخامس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رتب الأعداد 51 و38 و64 من الأصغر إلى الأكبر. الترتيب 38 و51 و64.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السادس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قس طول القلم بالمكعبات واكتب طوله. طول القلم 7 مكعبات.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السابع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رتب ثلاثة أقلام حسب الطول من الأقصر إلى الأطول واكتب الترتيب. الترتيب القلم الأقصر ثم الأوسط ثم الأطول.</w:t>
      </w:r>
    </w:p>
    <w:p>
      <w:pPr>
        <w:spacing w:before="16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السؤال الثامن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أيهما أخف كتاب أم قلم واكتب الإجابة. القلم أخف من الكتاب.</w:t>
      </w:r>
    </w:p>
    <w:p>
      <w:pPr>
        <w:spacing w:before="240" w:after="40" w:line="336" w:lineRule="auto"/>
        <w:jc w:val="right"/>
        <w:bidi w:val="1"/>
      </w:pPr>
      <w:r>
        <w:rPr>
          <w:rFonts w:ascii="Arial" w:hAnsi="Arial" w:cs="Arial" w:eastAsia="Arial"/>
          <w:b/>
          <w:color w:val="16265C"/>
          <w:sz w:val="28"/>
        </w:rPr>
        <w:t>نموذج الإجابة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الأول: العدد 46 يتكون من 4 عشرات و6 آحاد.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الثاني: العدد 72.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الثالث: التقدير نحو 40 والعدد الحقيقي قريب منه.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الرابع: العدد 84 أكبر من العدد 79.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الخامس: الترتيب 38 و51 و64.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السادس: طول القلم 7 مكعبات.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السابع: الترتيب القلم الأقصر ثم الأوسط ثم الأطول.</w:t>
      </w:r>
    </w:p>
    <w:p>
      <w:pPr>
        <w:spacing w:before="0" w:after="40" w:line="336" w:lineRule="auto"/>
        <w:jc w:val="right"/>
        <w:bidi w:val="1"/>
      </w:pPr>
      <w:r>
        <w:rPr>
          <w:rFonts w:ascii="Arial" w:hAnsi="Arial" w:cs="Arial" w:eastAsia="Arial"/>
          <w:b w:val="0"/>
          <w:color w:val="1F2937"/>
          <w:sz w:val="25"/>
        </w:rPr>
        <w:t>إجابة السؤال الثامن: القلم أخف من الكتاب.</w:t>
      </w:r>
    </w:p>
    <w:p>
      <w:pPr>
        <w:spacing w:before="280" w:after="80" w:line="336" w:lineRule="auto"/>
        <w:jc w:val="center"/>
        <w:bidi w:val="1"/>
      </w:pPr>
      <w:r>
        <w:rPr>
          <w:rFonts w:ascii="Arial" w:hAnsi="Arial" w:cs="Arial" w:eastAsia="Arial"/>
          <w:b w:val="0"/>
          <w:color w:val="16265C"/>
          <w:sz w:val="20"/>
        </w:rPr>
        <w:t>كتبي . أوراق عمل واختبارات أصلية من إعداد موقع كتبي</w:t>
      </w:r>
    </w:p>
    <w:sectPr w:rsidR="00FC693F" w:rsidRPr="0006063C" w:rsidSect="00034616">
      <w:pgSz w:w="11906" w:h="16838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اختبار رياضيات الفترة الثانية أول ابتدائي الفصل الثاني 1448</dc:title>
  <dc:subject/>
  <dc:creator>كتبي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