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 w:line="336" w:lineRule="auto"/>
        <w:jc w:val="center"/>
        <w:bidi w:val="1"/>
      </w:pPr>
      <w:r>
        <w:rPr>
          <w:rFonts w:ascii="Arial" w:hAnsi="Arial" w:cs="Arial" w:eastAsia="Arial"/>
          <w:b/>
          <w:color w:val="16265C"/>
          <w:sz w:val="40"/>
        </w:rPr>
        <w:t>اختبار رياضيات الفترة الثانية أول ابتدائي الفصل الأول 1448</w:t>
      </w:r>
    </w:p>
    <w:p>
      <w:pPr>
        <w:spacing w:before="0" w:after="200" w:line="336" w:lineRule="auto"/>
        <w:jc w:val="center"/>
        <w:bidi w:val="1"/>
      </w:pPr>
      <w:r>
        <w:rPr>
          <w:rFonts w:ascii="Arial" w:hAnsi="Arial" w:cs="Arial" w:eastAsia="Arial"/>
          <w:b w:val="0"/>
          <w:color w:val="059669"/>
          <w:sz w:val="24"/>
        </w:rPr>
        <w:t>اختبار أصلي من إعداد موقع كتبي مع نموذج الإجابة في الأعداد حتى 20 والجمع والترتيب والعدد الترتيبي</w:t>
      </w:r>
    </w:p>
    <w:p>
      <w:pPr>
        <w:spacing w:before="0" w:after="120" w:line="336" w:lineRule="auto"/>
        <w:jc w:val="right"/>
        <w:bidi w:val="1"/>
        <w:pBdr>
          <w:bottom w:val="single" w:sz="18" w:space="4" w:color="F59E0B"/>
        </w:pBdr>
      </w:pPr>
      <w:r>
        <w:rPr>
          <w:rFonts w:ascii="Arial" w:hAnsi="Arial" w:cs="Arial" w:eastAsia="Arial"/>
          <w:b w:val="0"/>
          <w:color w:val="1F2937"/>
          <w:sz w:val="24"/>
        </w:rPr>
        <w:t>الاسم: ............................          التاريخ: .... .... 1448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الأول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عد المكعبات واكتب العدد. عدد المكعبات 9.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الثاني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اكتب العدد 7 ثم اكتب العدد الذي يأتي قبله. العدد 7 ثم العدد الذي قبله 6.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الثالث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قارن بين 8 و5 واكتب أي العددين أكبر. العدد 8 أكبر من العدد 5.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الرابع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رتب الأعداد 2 و6 و4 من الأصغر إلى الأكبر. الترتيب 2 و4 و6.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الخامس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ضع خمس سيارات في صف واكتب ما السيارة الثالثة. السيارة الثالثة هي التي في الوسط.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السادس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اكتب العدد 14 واقرأه. العدد 14 يقرأ أربعة عشر.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قارن بين 17 و13 واكتب أي العددين أكبر. العدد 17 أكبر من العدد 13.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الثامن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احسب 3 زائد 4 واكتب جملة الجمع كاملة. الجملة 3 زائد 4 يساوي 7.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التاسع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كون العدد 8 بعددين واكتب جملة الجمع. الجملة 5 زائد 3 يساوي 8.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العاشر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احسب 6 زائد 2 بالجمع الرأسي واكتب الناتج. الناتج 8.</w:t>
      </w:r>
    </w:p>
    <w:p>
      <w:pPr>
        <w:spacing w:before="24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نموذج الإجابة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الأول: العدد 9.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الثاني: العدد 7 ثم العدد 6.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الثالث: العدد 8 أكبر من العدد 5.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الرابع: الترتيب 2 و4 و6.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الخامس: السيارة الثالثة هي التي في الوسط.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السادس: العدد 14 يقرأ أربعة عشر.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السابع: العدد 17 أكبر من العدد 13.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الثامن: الجملة 3 زائد 4 يساوي 7.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التاسع: الجملة 5 زائد 3 يساوي 8.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العاشر: الناتج 8.</w:t>
      </w:r>
    </w:p>
    <w:p>
      <w:pPr>
        <w:spacing w:before="280" w:after="80" w:line="336" w:lineRule="auto"/>
        <w:jc w:val="center"/>
        <w:bidi w:val="1"/>
      </w:pPr>
      <w:r>
        <w:rPr>
          <w:rFonts w:ascii="Arial" w:hAnsi="Arial" w:cs="Arial" w:eastAsia="Arial"/>
          <w:b w:val="0"/>
          <w:color w:val="16265C"/>
          <w:sz w:val="20"/>
        </w:rPr>
        <w:t>كتبي . أوراق عمل واختبارات أصلية من إعداد موقع كتبي</w:t>
      </w:r>
    </w:p>
    <w:sectPr w:rsidR="00FC693F" w:rsidRPr="0006063C" w:rsidSect="00034616"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اختبار رياضيات الفترة الثانية أول ابتدائي الفصل الأول 1448</dc:title>
  <dc:subject/>
  <dc:creator>كتبي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